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C6D5" w14:textId="77777777" w:rsidR="00D82637" w:rsidRDefault="00244BB8" w:rsidP="00B826D0">
      <w:pPr>
        <w:pStyle w:val="Heading1"/>
      </w:pPr>
      <w:r>
        <w:t xml:space="preserve">[Event Name] - </w:t>
      </w:r>
      <w:r w:rsidR="0084453B">
        <w:t>[Delegate Name]</w:t>
      </w:r>
      <w:r w:rsidR="00655323">
        <w:t xml:space="preserve"> </w:t>
      </w:r>
    </w:p>
    <w:p w14:paraId="17926438" w14:textId="3125A09F" w:rsidR="00DD239E" w:rsidRPr="00B826D0" w:rsidRDefault="00D82637" w:rsidP="00B826D0">
      <w:pPr>
        <w:pStyle w:val="Heading1"/>
      </w:pPr>
      <w:r>
        <w:t xml:space="preserve">Proposed </w:t>
      </w:r>
      <w:r w:rsidR="00655323">
        <w:t>Air Travel I</w:t>
      </w:r>
      <w:r w:rsidR="005A38ED">
        <w:t>tinerary</w:t>
      </w:r>
    </w:p>
    <w:p w14:paraId="661B7196" w14:textId="2B524E0D" w:rsidR="00DD239E" w:rsidRPr="00F245AD" w:rsidRDefault="00C6636A">
      <w:pPr>
        <w:rPr>
          <w:rFonts w:ascii="Roboto" w:hAnsi="Roboto"/>
        </w:rPr>
      </w:pPr>
      <w:r w:rsidRPr="00F245AD">
        <w:rPr>
          <w:rFonts w:ascii="Roboto" w:hAnsi="Roboto"/>
        </w:rPr>
        <w:t xml:space="preserve">Please </w:t>
      </w:r>
      <w:r>
        <w:rPr>
          <w:rFonts w:ascii="Roboto" w:hAnsi="Roboto"/>
        </w:rPr>
        <w:t xml:space="preserve">find below for your </w:t>
      </w:r>
      <w:r w:rsidRPr="00F245AD">
        <w:rPr>
          <w:rFonts w:ascii="Roboto" w:hAnsi="Roboto"/>
        </w:rPr>
        <w:t>review</w:t>
      </w:r>
      <w:r>
        <w:rPr>
          <w:rFonts w:ascii="Roboto" w:hAnsi="Roboto"/>
        </w:rPr>
        <w:t xml:space="preserve"> and approval</w:t>
      </w:r>
      <w:r w:rsidRPr="00F245AD">
        <w:rPr>
          <w:rFonts w:ascii="Roboto" w:hAnsi="Roboto"/>
        </w:rPr>
        <w:t xml:space="preserve"> </w:t>
      </w:r>
      <w:r>
        <w:rPr>
          <w:rFonts w:ascii="Roboto" w:hAnsi="Roboto"/>
        </w:rPr>
        <w:t>the proposed flight itinerary for this RTM</w:t>
      </w:r>
      <w:r w:rsidRPr="00F245AD">
        <w:rPr>
          <w:rFonts w:ascii="Roboto" w:hAnsi="Roboto"/>
        </w:rPr>
        <w:t xml:space="preserve">. </w:t>
      </w:r>
      <w:r>
        <w:rPr>
          <w:rFonts w:ascii="Roboto" w:hAnsi="Roboto"/>
        </w:rPr>
        <w:t>Upon receiving your approval of the flight itinerary, confirmation of participation in the RTM</w:t>
      </w:r>
      <w:r w:rsidR="00D82637">
        <w:rPr>
          <w:rFonts w:ascii="Roboto" w:hAnsi="Roboto"/>
        </w:rPr>
        <w:t>,</w:t>
      </w:r>
      <w:r>
        <w:rPr>
          <w:rFonts w:ascii="Roboto" w:hAnsi="Roboto"/>
        </w:rPr>
        <w:t xml:space="preserve"> and passport bio-data page, the </w:t>
      </w:r>
      <w:r w:rsidR="00D82637">
        <w:rPr>
          <w:rFonts w:ascii="Roboto" w:hAnsi="Roboto"/>
        </w:rPr>
        <w:t>[</w:t>
      </w:r>
      <w:r w:rsidR="00244BB8" w:rsidRPr="00F245AD">
        <w:rPr>
          <w:rFonts w:ascii="Roboto" w:hAnsi="Roboto"/>
          <w:shd w:val="clear" w:color="auto" w:fill="FFFF00"/>
        </w:rPr>
        <w:t>Contractor Company Name</w:t>
      </w:r>
      <w:r w:rsidR="00244BB8" w:rsidRPr="00F245AD">
        <w:rPr>
          <w:rFonts w:ascii="Roboto" w:hAnsi="Roboto"/>
        </w:rPr>
        <w:t xml:space="preserve">] </w:t>
      </w:r>
      <w:r>
        <w:rPr>
          <w:rFonts w:ascii="Roboto" w:hAnsi="Roboto"/>
        </w:rPr>
        <w:t xml:space="preserve">team will secure your </w:t>
      </w:r>
      <w:r w:rsidRPr="00D82637">
        <w:rPr>
          <w:rFonts w:ascii="Roboto" w:hAnsi="Roboto"/>
          <w:highlight w:val="yellow"/>
        </w:rPr>
        <w:t>economy</w:t>
      </w:r>
      <w:r>
        <w:rPr>
          <w:rFonts w:ascii="Roboto" w:hAnsi="Roboto"/>
        </w:rPr>
        <w:t xml:space="preserve"> refundable tickets in accordance with U.S. Government regulations.</w:t>
      </w:r>
      <w:r w:rsidR="00655323" w:rsidRPr="00F245AD">
        <w:rPr>
          <w:rFonts w:ascii="Roboto" w:hAnsi="Roboto"/>
        </w:rPr>
        <w:t xml:space="preserve"> </w:t>
      </w:r>
      <w:r w:rsidR="00D82637" w:rsidRPr="00D82637">
        <w:rPr>
          <w:rFonts w:ascii="Roboto" w:hAnsi="Roboto"/>
        </w:rPr>
        <w:t>If you would like to upgrade your ticket, please notify the team so they can provide the necessary guidance and instructions.</w:t>
      </w:r>
      <w:r w:rsidR="00D82637">
        <w:rPr>
          <w:rFonts w:ascii="Roboto" w:hAnsi="Roboto"/>
        </w:rPr>
        <w:t xml:space="preserve"> </w:t>
      </w:r>
      <w:r w:rsidR="00655323" w:rsidRPr="00F245AD">
        <w:rPr>
          <w:rFonts w:ascii="Roboto" w:hAnsi="Roboto"/>
        </w:rPr>
        <w:t xml:space="preserve">For </w:t>
      </w:r>
      <w:r>
        <w:rPr>
          <w:rFonts w:ascii="Roboto" w:hAnsi="Roboto"/>
        </w:rPr>
        <w:t>questions</w:t>
      </w:r>
      <w:r w:rsidRPr="00F245AD">
        <w:rPr>
          <w:rFonts w:ascii="Roboto" w:hAnsi="Roboto"/>
        </w:rPr>
        <w:t xml:space="preserve"> </w:t>
      </w:r>
      <w:r w:rsidR="00655323" w:rsidRPr="00F245AD">
        <w:rPr>
          <w:rFonts w:ascii="Roboto" w:hAnsi="Roboto"/>
        </w:rPr>
        <w:t xml:space="preserve">or assistance, contact </w:t>
      </w:r>
      <w:r w:rsidR="00244BB8" w:rsidRPr="00244BB8">
        <w:rPr>
          <w:rFonts w:ascii="Roboto" w:hAnsi="Roboto"/>
          <w:highlight w:val="yellow"/>
        </w:rPr>
        <w:t>[Name</w:t>
      </w:r>
      <w:r w:rsidR="00244BB8">
        <w:rPr>
          <w:rFonts w:ascii="Roboto" w:hAnsi="Roboto"/>
        </w:rPr>
        <w:t>]</w:t>
      </w:r>
      <w:r>
        <w:rPr>
          <w:rFonts w:ascii="Roboto" w:hAnsi="Roboto"/>
        </w:rPr>
        <w:t xml:space="preserve"> at</w:t>
      </w:r>
      <w:r w:rsidR="00244BB8">
        <w:rPr>
          <w:rFonts w:ascii="Roboto" w:hAnsi="Roboto"/>
        </w:rPr>
        <w:t xml:space="preserve"> [</w:t>
      </w:r>
      <w:r w:rsidR="00244BB8" w:rsidRPr="00244BB8">
        <w:rPr>
          <w:rFonts w:ascii="Roboto" w:hAnsi="Roboto"/>
          <w:highlight w:val="yellow"/>
        </w:rPr>
        <w:t>Email</w:t>
      </w:r>
      <w:r w:rsidR="00244BB8">
        <w:rPr>
          <w:rFonts w:ascii="Roboto" w:hAnsi="Roboto"/>
        </w:rPr>
        <w:t>]</w:t>
      </w:r>
      <w:r>
        <w:rPr>
          <w:rFonts w:ascii="Roboto" w:hAnsi="Roboto"/>
        </w:rPr>
        <w:t xml:space="preserve"> </w:t>
      </w:r>
      <w:r w:rsidR="00655323" w:rsidRPr="00F245AD">
        <w:rPr>
          <w:rFonts w:ascii="Roboto" w:hAnsi="Roboto"/>
        </w:rPr>
        <w:t xml:space="preserve">or your USTDA point of contact. </w:t>
      </w:r>
    </w:p>
    <w:p w14:paraId="45E17F01" w14:textId="4A989B83" w:rsidR="00DD239E" w:rsidRPr="0084453B" w:rsidRDefault="00655323" w:rsidP="0084453B">
      <w:pPr>
        <w:pStyle w:val="Heading2"/>
      </w:pPr>
      <w:r w:rsidRPr="0084453B">
        <w:t>Delegate Details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497"/>
        <w:gridCol w:w="8303"/>
      </w:tblGrid>
      <w:tr w:rsidR="00DD239E" w:rsidRPr="00F245AD" w14:paraId="16B99AA2" w14:textId="0F657EC3" w:rsidTr="0084453B">
        <w:tc>
          <w:tcPr>
            <w:tcW w:w="1156" w:type="pct"/>
          </w:tcPr>
          <w:p w14:paraId="76D21856" w14:textId="283EDD37" w:rsidR="00DD239E" w:rsidRPr="00F245AD" w:rsidRDefault="00655323" w:rsidP="00F245AD">
            <w:pPr>
              <w:jc w:val="right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Delegate Name:</w:t>
            </w:r>
          </w:p>
        </w:tc>
        <w:tc>
          <w:tcPr>
            <w:tcW w:w="3844" w:type="pct"/>
          </w:tcPr>
          <w:p w14:paraId="74FC8650" w14:textId="748E3A75" w:rsidR="00DD239E" w:rsidRPr="00F245AD" w:rsidRDefault="00655323">
            <w:pPr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[</w:t>
            </w:r>
            <w:r w:rsidRPr="00D82637">
              <w:rPr>
                <w:rFonts w:ascii="Roboto" w:hAnsi="Roboto"/>
                <w:highlight w:val="yellow"/>
              </w:rPr>
              <w:t>Full Name</w:t>
            </w:r>
            <w:r w:rsidRPr="00F245AD">
              <w:rPr>
                <w:rFonts w:ascii="Roboto" w:hAnsi="Roboto"/>
              </w:rPr>
              <w:t>]</w:t>
            </w:r>
          </w:p>
        </w:tc>
      </w:tr>
      <w:tr w:rsidR="00DD239E" w:rsidRPr="00F245AD" w14:paraId="75D7A280" w14:textId="68514D34" w:rsidTr="0084453B">
        <w:tc>
          <w:tcPr>
            <w:tcW w:w="1156" w:type="pct"/>
          </w:tcPr>
          <w:p w14:paraId="10230981" w14:textId="394B1C83" w:rsidR="00DD239E" w:rsidRPr="00F245AD" w:rsidRDefault="00655323" w:rsidP="00F245AD">
            <w:pPr>
              <w:jc w:val="right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Nationality:</w:t>
            </w:r>
          </w:p>
        </w:tc>
        <w:tc>
          <w:tcPr>
            <w:tcW w:w="3844" w:type="pct"/>
          </w:tcPr>
          <w:p w14:paraId="2B304519" w14:textId="1AE5433D" w:rsidR="00DD239E" w:rsidRPr="00F245AD" w:rsidRDefault="00655323">
            <w:pPr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[</w:t>
            </w:r>
            <w:r w:rsidRPr="00D82637">
              <w:rPr>
                <w:rFonts w:ascii="Roboto" w:hAnsi="Roboto"/>
                <w:highlight w:val="yellow"/>
              </w:rPr>
              <w:t>Country</w:t>
            </w:r>
            <w:r w:rsidRPr="00F245AD">
              <w:rPr>
                <w:rFonts w:ascii="Roboto" w:hAnsi="Roboto"/>
              </w:rPr>
              <w:t>]</w:t>
            </w:r>
          </w:p>
        </w:tc>
      </w:tr>
      <w:tr w:rsidR="00DD239E" w:rsidRPr="00F245AD" w14:paraId="7727C914" w14:textId="078877BD" w:rsidTr="0084453B">
        <w:tc>
          <w:tcPr>
            <w:tcW w:w="1156" w:type="pct"/>
          </w:tcPr>
          <w:p w14:paraId="6C820135" w14:textId="67D6453E" w:rsidR="00DD239E" w:rsidRPr="00F245AD" w:rsidRDefault="00655323" w:rsidP="00F245AD">
            <w:pPr>
              <w:jc w:val="right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Travel Class:</w:t>
            </w:r>
          </w:p>
        </w:tc>
        <w:tc>
          <w:tcPr>
            <w:tcW w:w="3844" w:type="pct"/>
          </w:tcPr>
          <w:p w14:paraId="52754012" w14:textId="72963552" w:rsidR="00DD239E" w:rsidRPr="00F245AD" w:rsidRDefault="00655323">
            <w:pPr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[</w:t>
            </w:r>
            <w:r w:rsidRPr="00D82637">
              <w:rPr>
                <w:rFonts w:ascii="Roboto" w:hAnsi="Roboto"/>
                <w:highlight w:val="yellow"/>
              </w:rPr>
              <w:t>Economy / Business</w:t>
            </w:r>
            <w:r w:rsidRPr="00F245AD">
              <w:rPr>
                <w:rFonts w:ascii="Roboto" w:hAnsi="Roboto"/>
              </w:rPr>
              <w:t>]</w:t>
            </w:r>
          </w:p>
        </w:tc>
      </w:tr>
    </w:tbl>
    <w:p w14:paraId="4C59FC9A" w14:textId="54F4D9DE" w:rsidR="00DD239E" w:rsidRDefault="00655323" w:rsidP="0084453B">
      <w:pPr>
        <w:pStyle w:val="Heading2"/>
      </w:pPr>
      <w:r w:rsidRPr="00F245AD">
        <w:t>Outbound Travel – From [</w:t>
      </w:r>
      <w:r w:rsidR="00244BB8" w:rsidRPr="00244BB8">
        <w:rPr>
          <w:highlight w:val="yellow"/>
        </w:rPr>
        <w:t>City,</w:t>
      </w:r>
      <w:r w:rsidR="00244BB8">
        <w:t xml:space="preserve"> </w:t>
      </w:r>
      <w:r w:rsidRPr="00244BB8">
        <w:rPr>
          <w:highlight w:val="yellow"/>
        </w:rPr>
        <w:t>Country</w:t>
      </w:r>
      <w:r w:rsidRPr="00F245AD">
        <w:t xml:space="preserve">] to </w:t>
      </w:r>
      <w:r w:rsidR="00244BB8">
        <w:t>[</w:t>
      </w:r>
      <w:r w:rsidRPr="00244BB8">
        <w:rPr>
          <w:highlight w:val="yellow"/>
        </w:rPr>
        <w:t>First U.S. City</w:t>
      </w:r>
      <w:r w:rsidR="00244BB8">
        <w:t>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4"/>
        <w:gridCol w:w="1244"/>
        <w:gridCol w:w="1484"/>
        <w:gridCol w:w="1179"/>
        <w:gridCol w:w="1822"/>
        <w:gridCol w:w="1696"/>
        <w:gridCol w:w="1053"/>
        <w:gridCol w:w="1208"/>
      </w:tblGrid>
      <w:tr w:rsidR="00D82637" w:rsidRPr="00F245AD" w14:paraId="4C7DCE47" w14:textId="77777777" w:rsidTr="00001467">
        <w:tc>
          <w:tcPr>
            <w:tcW w:w="511" w:type="pct"/>
            <w:shd w:val="clear" w:color="auto" w:fill="002F6C"/>
            <w:vAlign w:val="center"/>
          </w:tcPr>
          <w:p w14:paraId="63B17009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Segment</w:t>
            </w:r>
          </w:p>
        </w:tc>
        <w:tc>
          <w:tcPr>
            <w:tcW w:w="576" w:type="pct"/>
            <w:shd w:val="clear" w:color="auto" w:fill="002F6C"/>
            <w:vAlign w:val="center"/>
          </w:tcPr>
          <w:p w14:paraId="2924038E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Flight Number</w:t>
            </w:r>
          </w:p>
        </w:tc>
        <w:tc>
          <w:tcPr>
            <w:tcW w:w="687" w:type="pct"/>
            <w:shd w:val="clear" w:color="auto" w:fill="002F6C"/>
            <w:vAlign w:val="center"/>
          </w:tcPr>
          <w:p w14:paraId="65A922D8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Airport</w:t>
            </w:r>
          </w:p>
        </w:tc>
        <w:tc>
          <w:tcPr>
            <w:tcW w:w="546" w:type="pct"/>
            <w:shd w:val="clear" w:color="auto" w:fill="002F6C"/>
            <w:vAlign w:val="center"/>
          </w:tcPr>
          <w:p w14:paraId="24AAA484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Airport</w:t>
            </w:r>
          </w:p>
        </w:tc>
        <w:tc>
          <w:tcPr>
            <w:tcW w:w="844" w:type="pct"/>
            <w:shd w:val="clear" w:color="auto" w:fill="002F6C"/>
            <w:vAlign w:val="center"/>
          </w:tcPr>
          <w:p w14:paraId="417632F2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Date &amp; Time</w:t>
            </w:r>
          </w:p>
        </w:tc>
        <w:tc>
          <w:tcPr>
            <w:tcW w:w="786" w:type="pct"/>
            <w:shd w:val="clear" w:color="auto" w:fill="002F6C"/>
            <w:vAlign w:val="center"/>
          </w:tcPr>
          <w:p w14:paraId="6E8D4354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Date &amp; Time</w:t>
            </w:r>
          </w:p>
        </w:tc>
        <w:tc>
          <w:tcPr>
            <w:tcW w:w="488" w:type="pct"/>
            <w:shd w:val="clear" w:color="auto" w:fill="002F6C"/>
          </w:tcPr>
          <w:p w14:paraId="3C5CF06A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Travel Time</w:t>
            </w:r>
          </w:p>
        </w:tc>
        <w:tc>
          <w:tcPr>
            <w:tcW w:w="560" w:type="pct"/>
            <w:shd w:val="clear" w:color="auto" w:fill="002F6C"/>
            <w:vAlign w:val="center"/>
          </w:tcPr>
          <w:p w14:paraId="547FF8EF" w14:textId="77777777" w:rsidR="00D82637" w:rsidRPr="00F245AD" w:rsidRDefault="00D82637" w:rsidP="00001467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Airline</w:t>
            </w:r>
          </w:p>
        </w:tc>
      </w:tr>
      <w:tr w:rsidR="00D82637" w:rsidRPr="00F245AD" w14:paraId="2D42ADFB" w14:textId="77777777" w:rsidTr="00001467">
        <w:tc>
          <w:tcPr>
            <w:tcW w:w="511" w:type="pct"/>
            <w:vAlign w:val="center"/>
          </w:tcPr>
          <w:p w14:paraId="115F5163" w14:textId="30681768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</w:p>
        </w:tc>
        <w:tc>
          <w:tcPr>
            <w:tcW w:w="576" w:type="pct"/>
            <w:vAlign w:val="center"/>
          </w:tcPr>
          <w:p w14:paraId="10C20368" w14:textId="14A0DA44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687" w:type="pct"/>
            <w:vAlign w:val="center"/>
          </w:tcPr>
          <w:p w14:paraId="7E096859" w14:textId="46752CB6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46" w:type="pct"/>
            <w:vAlign w:val="center"/>
          </w:tcPr>
          <w:p w14:paraId="49F507AE" w14:textId="76F5957F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844" w:type="pct"/>
            <w:vAlign w:val="center"/>
          </w:tcPr>
          <w:p w14:paraId="58348709" w14:textId="6A9717FE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786" w:type="pct"/>
            <w:vAlign w:val="center"/>
          </w:tcPr>
          <w:p w14:paraId="722D4287" w14:textId="5EECB165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88" w:type="pct"/>
          </w:tcPr>
          <w:p w14:paraId="4D5E2237" w14:textId="4B140284" w:rsidR="00D82637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60" w:type="pct"/>
            <w:vAlign w:val="center"/>
          </w:tcPr>
          <w:p w14:paraId="2F53647C" w14:textId="395E5419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</w:tr>
      <w:tr w:rsidR="00D82637" w:rsidRPr="00F245AD" w14:paraId="620CED2F" w14:textId="77777777" w:rsidTr="00001467">
        <w:trPr>
          <w:trHeight w:val="260"/>
        </w:trPr>
        <w:tc>
          <w:tcPr>
            <w:tcW w:w="511" w:type="pct"/>
            <w:vAlign w:val="center"/>
          </w:tcPr>
          <w:p w14:paraId="72195437" w14:textId="2DB12994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</w:t>
            </w:r>
          </w:p>
        </w:tc>
        <w:tc>
          <w:tcPr>
            <w:tcW w:w="576" w:type="pct"/>
            <w:vAlign w:val="center"/>
          </w:tcPr>
          <w:p w14:paraId="50C0C09C" w14:textId="79E21B6C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687" w:type="pct"/>
            <w:vAlign w:val="center"/>
          </w:tcPr>
          <w:p w14:paraId="0DA9F99D" w14:textId="18411A76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46" w:type="pct"/>
            <w:vAlign w:val="center"/>
          </w:tcPr>
          <w:p w14:paraId="4CD9C6D0" w14:textId="41806D80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844" w:type="pct"/>
            <w:vAlign w:val="center"/>
          </w:tcPr>
          <w:p w14:paraId="59ACFE0A" w14:textId="3E66033D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786" w:type="pct"/>
            <w:vAlign w:val="center"/>
          </w:tcPr>
          <w:p w14:paraId="5C9AB5B9" w14:textId="07122A48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88" w:type="pct"/>
          </w:tcPr>
          <w:p w14:paraId="363A7038" w14:textId="59B16F92" w:rsidR="00D82637" w:rsidRDefault="00D82637" w:rsidP="00D82637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60" w:type="pct"/>
            <w:vAlign w:val="center"/>
          </w:tcPr>
          <w:p w14:paraId="7AEFF167" w14:textId="72CD05D7" w:rsidR="00D82637" w:rsidRPr="00F245AD" w:rsidRDefault="00D82637" w:rsidP="00001467">
            <w:pPr>
              <w:jc w:val="center"/>
              <w:rPr>
                <w:rFonts w:ascii="Roboto" w:hAnsi="Roboto"/>
              </w:rPr>
            </w:pPr>
          </w:p>
        </w:tc>
      </w:tr>
    </w:tbl>
    <w:p w14:paraId="63489359" w14:textId="77777777" w:rsidR="00DD239E" w:rsidRPr="00F245AD" w:rsidRDefault="00655323" w:rsidP="0084453B">
      <w:pPr>
        <w:pStyle w:val="Heading2"/>
      </w:pPr>
      <w:r w:rsidRPr="00F245AD">
        <w:t>U.S. Domestic Travel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4"/>
        <w:gridCol w:w="1244"/>
        <w:gridCol w:w="1484"/>
        <w:gridCol w:w="1179"/>
        <w:gridCol w:w="1822"/>
        <w:gridCol w:w="1696"/>
        <w:gridCol w:w="1053"/>
        <w:gridCol w:w="1208"/>
      </w:tblGrid>
      <w:tr w:rsidR="00D82637" w:rsidRPr="00F245AD" w14:paraId="5579F977" w14:textId="77777777" w:rsidTr="00D82637">
        <w:tc>
          <w:tcPr>
            <w:tcW w:w="511" w:type="pct"/>
            <w:shd w:val="clear" w:color="auto" w:fill="002F6C"/>
            <w:vAlign w:val="center"/>
          </w:tcPr>
          <w:p w14:paraId="16772EDC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Segment</w:t>
            </w:r>
          </w:p>
        </w:tc>
        <w:tc>
          <w:tcPr>
            <w:tcW w:w="576" w:type="pct"/>
            <w:shd w:val="clear" w:color="auto" w:fill="002F6C"/>
            <w:vAlign w:val="center"/>
          </w:tcPr>
          <w:p w14:paraId="754D6717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Flight Number</w:t>
            </w:r>
          </w:p>
        </w:tc>
        <w:tc>
          <w:tcPr>
            <w:tcW w:w="687" w:type="pct"/>
            <w:shd w:val="clear" w:color="auto" w:fill="002F6C"/>
            <w:vAlign w:val="center"/>
          </w:tcPr>
          <w:p w14:paraId="3578CDE6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Airport</w:t>
            </w:r>
          </w:p>
        </w:tc>
        <w:tc>
          <w:tcPr>
            <w:tcW w:w="546" w:type="pct"/>
            <w:shd w:val="clear" w:color="auto" w:fill="002F6C"/>
            <w:vAlign w:val="center"/>
          </w:tcPr>
          <w:p w14:paraId="767FC3CC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Airport</w:t>
            </w:r>
          </w:p>
        </w:tc>
        <w:tc>
          <w:tcPr>
            <w:tcW w:w="844" w:type="pct"/>
            <w:shd w:val="clear" w:color="auto" w:fill="002F6C"/>
            <w:vAlign w:val="center"/>
          </w:tcPr>
          <w:p w14:paraId="1E8761BF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Date &amp; Time</w:t>
            </w:r>
          </w:p>
        </w:tc>
        <w:tc>
          <w:tcPr>
            <w:tcW w:w="786" w:type="pct"/>
            <w:shd w:val="clear" w:color="auto" w:fill="002F6C"/>
            <w:vAlign w:val="center"/>
          </w:tcPr>
          <w:p w14:paraId="4ABDA0F2" w14:textId="77777777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Date &amp; Time</w:t>
            </w:r>
          </w:p>
        </w:tc>
        <w:tc>
          <w:tcPr>
            <w:tcW w:w="488" w:type="pct"/>
            <w:shd w:val="clear" w:color="auto" w:fill="002F6C"/>
          </w:tcPr>
          <w:p w14:paraId="5794C3E0" w14:textId="1E96A4C0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Travel Time</w:t>
            </w:r>
          </w:p>
        </w:tc>
        <w:tc>
          <w:tcPr>
            <w:tcW w:w="560" w:type="pct"/>
            <w:shd w:val="clear" w:color="auto" w:fill="002F6C"/>
            <w:vAlign w:val="center"/>
          </w:tcPr>
          <w:p w14:paraId="67D44578" w14:textId="425F282B" w:rsidR="00244BB8" w:rsidRPr="00F245AD" w:rsidRDefault="00244BB8" w:rsidP="00DC403E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Airline</w:t>
            </w:r>
          </w:p>
        </w:tc>
      </w:tr>
      <w:tr w:rsidR="00D82637" w:rsidRPr="00F245AD" w14:paraId="2DB3DB67" w14:textId="77777777" w:rsidTr="00D82637">
        <w:tc>
          <w:tcPr>
            <w:tcW w:w="511" w:type="pct"/>
            <w:vAlign w:val="center"/>
          </w:tcPr>
          <w:p w14:paraId="43642126" w14:textId="77777777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3</w:t>
            </w:r>
          </w:p>
        </w:tc>
        <w:tc>
          <w:tcPr>
            <w:tcW w:w="576" w:type="pct"/>
            <w:vAlign w:val="center"/>
          </w:tcPr>
          <w:p w14:paraId="73587D40" w14:textId="7242EB54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687" w:type="pct"/>
            <w:vAlign w:val="center"/>
          </w:tcPr>
          <w:p w14:paraId="24CA0746" w14:textId="203E512B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46" w:type="pct"/>
            <w:vAlign w:val="center"/>
          </w:tcPr>
          <w:p w14:paraId="7585C831" w14:textId="1DCB6DC1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844" w:type="pct"/>
            <w:vAlign w:val="center"/>
          </w:tcPr>
          <w:p w14:paraId="285DEFBF" w14:textId="3774FAEF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786" w:type="pct"/>
            <w:vAlign w:val="center"/>
          </w:tcPr>
          <w:p w14:paraId="36C33440" w14:textId="1592AFF5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88" w:type="pct"/>
          </w:tcPr>
          <w:p w14:paraId="73A0A943" w14:textId="77777777" w:rsidR="00244BB8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60" w:type="pct"/>
            <w:vAlign w:val="center"/>
          </w:tcPr>
          <w:p w14:paraId="79B84820" w14:textId="2FB388C5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</w:tr>
      <w:tr w:rsidR="00D82637" w:rsidRPr="00F245AD" w14:paraId="3E01A7FE" w14:textId="77777777" w:rsidTr="00D82637">
        <w:trPr>
          <w:trHeight w:val="260"/>
        </w:trPr>
        <w:tc>
          <w:tcPr>
            <w:tcW w:w="511" w:type="pct"/>
            <w:vAlign w:val="center"/>
          </w:tcPr>
          <w:p w14:paraId="67F4C7EC" w14:textId="77777777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4</w:t>
            </w:r>
          </w:p>
        </w:tc>
        <w:tc>
          <w:tcPr>
            <w:tcW w:w="576" w:type="pct"/>
            <w:vAlign w:val="center"/>
          </w:tcPr>
          <w:p w14:paraId="34A689D8" w14:textId="0C4AE157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687" w:type="pct"/>
            <w:vAlign w:val="center"/>
          </w:tcPr>
          <w:p w14:paraId="7402E687" w14:textId="792CF61B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46" w:type="pct"/>
            <w:vAlign w:val="center"/>
          </w:tcPr>
          <w:p w14:paraId="2E52B8B0" w14:textId="00593403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844" w:type="pct"/>
            <w:vAlign w:val="center"/>
          </w:tcPr>
          <w:p w14:paraId="3684044A" w14:textId="05D61110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786" w:type="pct"/>
            <w:vAlign w:val="center"/>
          </w:tcPr>
          <w:p w14:paraId="01A5683F" w14:textId="0C572293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88" w:type="pct"/>
          </w:tcPr>
          <w:p w14:paraId="58FA7AD2" w14:textId="77777777" w:rsidR="00244BB8" w:rsidRDefault="00244BB8" w:rsidP="00DC403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560" w:type="pct"/>
            <w:vAlign w:val="center"/>
          </w:tcPr>
          <w:p w14:paraId="419CF8CD" w14:textId="11BCA01D" w:rsidR="00244BB8" w:rsidRPr="00F245AD" w:rsidRDefault="00244BB8" w:rsidP="00DC403E">
            <w:pPr>
              <w:jc w:val="center"/>
              <w:rPr>
                <w:rFonts w:ascii="Roboto" w:hAnsi="Roboto"/>
              </w:rPr>
            </w:pPr>
          </w:p>
        </w:tc>
      </w:tr>
    </w:tbl>
    <w:p w14:paraId="066EF71D" w14:textId="12CF5920" w:rsidR="00DD239E" w:rsidRPr="00F245AD" w:rsidRDefault="00655323" w:rsidP="0084453B">
      <w:pPr>
        <w:pStyle w:val="Heading2"/>
      </w:pPr>
      <w:r w:rsidRPr="00F245AD">
        <w:t xml:space="preserve">Return Travel – From </w:t>
      </w:r>
      <w:r w:rsidR="00D82637">
        <w:t>[</w:t>
      </w:r>
      <w:r w:rsidR="00D82637" w:rsidRPr="00244BB8">
        <w:rPr>
          <w:highlight w:val="yellow"/>
        </w:rPr>
        <w:t>F</w:t>
      </w:r>
      <w:r w:rsidR="00D82637">
        <w:rPr>
          <w:highlight w:val="yellow"/>
        </w:rPr>
        <w:t>inal</w:t>
      </w:r>
      <w:r w:rsidR="00D82637" w:rsidRPr="00244BB8">
        <w:rPr>
          <w:highlight w:val="yellow"/>
        </w:rPr>
        <w:t xml:space="preserve"> U.S. City</w:t>
      </w:r>
      <w:r w:rsidR="00D82637">
        <w:t>]</w:t>
      </w:r>
      <w:r w:rsidRPr="00F245AD">
        <w:t xml:space="preserve">to </w:t>
      </w:r>
      <w:r w:rsidR="00D82637" w:rsidRPr="00F245AD">
        <w:t>[</w:t>
      </w:r>
      <w:r w:rsidR="00D82637" w:rsidRPr="00244BB8">
        <w:rPr>
          <w:highlight w:val="yellow"/>
        </w:rPr>
        <w:t>City,</w:t>
      </w:r>
      <w:r w:rsidR="00D82637">
        <w:t xml:space="preserve"> </w:t>
      </w:r>
      <w:r w:rsidR="00D82637" w:rsidRPr="00244BB8">
        <w:rPr>
          <w:highlight w:val="yellow"/>
        </w:rPr>
        <w:t>Country</w:t>
      </w:r>
      <w:r w:rsidR="00D82637" w:rsidRPr="00F245AD">
        <w:t xml:space="preserve">] </w:t>
      </w:r>
    </w:p>
    <w:tbl>
      <w:tblPr>
        <w:tblStyle w:val="TableGrid"/>
        <w:tblW w:w="10803" w:type="dxa"/>
        <w:tblInd w:w="1" w:type="dxa"/>
        <w:tblLook w:val="04A0" w:firstRow="1" w:lastRow="0" w:firstColumn="1" w:lastColumn="0" w:noHBand="0" w:noVBand="1"/>
      </w:tblPr>
      <w:tblGrid>
        <w:gridCol w:w="1104"/>
        <w:gridCol w:w="1344"/>
        <w:gridCol w:w="1604"/>
        <w:gridCol w:w="1293"/>
        <w:gridCol w:w="1889"/>
        <w:gridCol w:w="1563"/>
        <w:gridCol w:w="1144"/>
        <w:gridCol w:w="862"/>
      </w:tblGrid>
      <w:tr w:rsidR="00244BB8" w:rsidRPr="00F245AD" w14:paraId="338910DB" w14:textId="77777777" w:rsidTr="00D82637">
        <w:tc>
          <w:tcPr>
            <w:tcW w:w="0" w:type="auto"/>
            <w:shd w:val="clear" w:color="auto" w:fill="002F6C"/>
            <w:vAlign w:val="center"/>
          </w:tcPr>
          <w:p w14:paraId="68C01D8B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Segment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2D3A523C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Flight Number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3171A17D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Airport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6F4CFC25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Airport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7771F912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Departure Date &amp; Time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6A6D1B73" w14:textId="77777777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Arrival Date &amp; Time</w:t>
            </w:r>
          </w:p>
        </w:tc>
        <w:tc>
          <w:tcPr>
            <w:tcW w:w="0" w:type="auto"/>
            <w:shd w:val="clear" w:color="auto" w:fill="002F6C"/>
          </w:tcPr>
          <w:p w14:paraId="6678E31B" w14:textId="660B14BF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Travel Time</w:t>
            </w:r>
          </w:p>
        </w:tc>
        <w:tc>
          <w:tcPr>
            <w:tcW w:w="0" w:type="auto"/>
            <w:shd w:val="clear" w:color="auto" w:fill="002F6C"/>
            <w:vAlign w:val="center"/>
          </w:tcPr>
          <w:p w14:paraId="76C30AFA" w14:textId="018419A1" w:rsidR="00244BB8" w:rsidRPr="00F245AD" w:rsidRDefault="00244BB8" w:rsidP="00244BB8">
            <w:pPr>
              <w:jc w:val="center"/>
              <w:rPr>
                <w:rFonts w:ascii="Roboto" w:hAnsi="Roboto"/>
                <w:b/>
                <w:bCs/>
              </w:rPr>
            </w:pPr>
            <w:r w:rsidRPr="00F245AD">
              <w:rPr>
                <w:rFonts w:ascii="Roboto" w:hAnsi="Roboto"/>
                <w:b/>
                <w:bCs/>
              </w:rPr>
              <w:t>Airline</w:t>
            </w:r>
          </w:p>
        </w:tc>
      </w:tr>
      <w:tr w:rsidR="00244BB8" w:rsidRPr="00F245AD" w14:paraId="28081315" w14:textId="77777777" w:rsidTr="00244BB8">
        <w:tc>
          <w:tcPr>
            <w:tcW w:w="0" w:type="auto"/>
            <w:vAlign w:val="center"/>
          </w:tcPr>
          <w:p w14:paraId="2C587B19" w14:textId="77777777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5</w:t>
            </w:r>
          </w:p>
        </w:tc>
        <w:tc>
          <w:tcPr>
            <w:tcW w:w="0" w:type="auto"/>
            <w:vAlign w:val="center"/>
          </w:tcPr>
          <w:p w14:paraId="59774A3E" w14:textId="6145549A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50681665" w14:textId="66DA56EB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443013C8" w14:textId="718A6F3C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0373B980" w14:textId="639BF81D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09A00ED0" w14:textId="59170808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</w:tcPr>
          <w:p w14:paraId="05604B9E" w14:textId="77777777" w:rsidR="00244BB8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5C64F496" w14:textId="4CEA71A8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</w:tr>
      <w:tr w:rsidR="00244BB8" w:rsidRPr="00F245AD" w14:paraId="5CF589BF" w14:textId="77777777" w:rsidTr="00244BB8">
        <w:tc>
          <w:tcPr>
            <w:tcW w:w="0" w:type="auto"/>
            <w:vAlign w:val="center"/>
          </w:tcPr>
          <w:p w14:paraId="58D0D861" w14:textId="77777777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  <w:r w:rsidRPr="00F245AD">
              <w:rPr>
                <w:rFonts w:ascii="Roboto" w:hAnsi="Roboto"/>
              </w:rPr>
              <w:t>6</w:t>
            </w:r>
          </w:p>
        </w:tc>
        <w:tc>
          <w:tcPr>
            <w:tcW w:w="0" w:type="auto"/>
            <w:vAlign w:val="center"/>
          </w:tcPr>
          <w:p w14:paraId="5F09F394" w14:textId="48D7AFA4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1BD255A7" w14:textId="3A28C343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6F2C95D2" w14:textId="5BC5465A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1C7C954C" w14:textId="21628642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72784FC2" w14:textId="0BD26467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</w:tcPr>
          <w:p w14:paraId="211837A3" w14:textId="77777777" w:rsidR="00244BB8" w:rsidRDefault="00244BB8" w:rsidP="00244BB8">
            <w:pPr>
              <w:jc w:val="center"/>
              <w:rPr>
                <w:rFonts w:ascii="Roboto" w:hAnsi="Roboto"/>
              </w:rPr>
            </w:pPr>
          </w:p>
        </w:tc>
        <w:tc>
          <w:tcPr>
            <w:tcW w:w="0" w:type="auto"/>
            <w:vAlign w:val="center"/>
          </w:tcPr>
          <w:p w14:paraId="0C98CCCD" w14:textId="3BCB92FA" w:rsidR="00244BB8" w:rsidRPr="00F245AD" w:rsidRDefault="00244BB8" w:rsidP="00244BB8">
            <w:pPr>
              <w:jc w:val="center"/>
              <w:rPr>
                <w:rFonts w:ascii="Roboto" w:hAnsi="Roboto"/>
              </w:rPr>
            </w:pPr>
          </w:p>
        </w:tc>
      </w:tr>
    </w:tbl>
    <w:p w14:paraId="3B7A5C58" w14:textId="77777777" w:rsidR="00DD239E" w:rsidRPr="00F245AD" w:rsidRDefault="00655323" w:rsidP="0084453B">
      <w:pPr>
        <w:pStyle w:val="Heading2"/>
      </w:pPr>
      <w:r w:rsidRPr="00F245AD">
        <w:t>Important Travel Notes</w:t>
      </w:r>
    </w:p>
    <w:p w14:paraId="52C0C470" w14:textId="0ABFB451" w:rsidR="0084453B" w:rsidRDefault="0084453B" w:rsidP="0084453B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F245AD">
        <w:rPr>
          <w:rFonts w:ascii="Roboto" w:hAnsi="Roboto"/>
        </w:rPr>
        <w:t>Changes or Emergencies: Contact [</w:t>
      </w:r>
      <w:r w:rsidRPr="0084453B">
        <w:rPr>
          <w:rFonts w:ascii="Roboto" w:hAnsi="Roboto"/>
          <w:highlight w:val="yellow"/>
        </w:rPr>
        <w:t>Contractor POC Name</w:t>
      </w:r>
      <w:r w:rsidRPr="00F245AD">
        <w:rPr>
          <w:rFonts w:ascii="Roboto" w:hAnsi="Roboto"/>
        </w:rPr>
        <w:t>] at [</w:t>
      </w:r>
      <w:r w:rsidRPr="0084453B">
        <w:rPr>
          <w:rFonts w:ascii="Roboto" w:hAnsi="Roboto"/>
          <w:highlight w:val="yellow"/>
        </w:rPr>
        <w:t>Phone</w:t>
      </w:r>
      <w:r w:rsidRPr="00F245AD">
        <w:rPr>
          <w:rFonts w:ascii="Roboto" w:hAnsi="Roboto"/>
        </w:rPr>
        <w:t xml:space="preserve">] or via </w:t>
      </w:r>
      <w:r w:rsidR="00C6636A">
        <w:rPr>
          <w:rFonts w:ascii="Roboto" w:hAnsi="Roboto"/>
        </w:rPr>
        <w:t xml:space="preserve">email at </w:t>
      </w:r>
      <w:r w:rsidR="00244BB8" w:rsidRPr="00F245AD">
        <w:rPr>
          <w:rFonts w:ascii="Roboto" w:hAnsi="Roboto"/>
        </w:rPr>
        <w:t>[</w:t>
      </w:r>
      <w:r w:rsidR="00244BB8" w:rsidRPr="00244BB8">
        <w:rPr>
          <w:rFonts w:ascii="Roboto" w:hAnsi="Roboto"/>
          <w:highlight w:val="yellow"/>
        </w:rPr>
        <w:t>Email</w:t>
      </w:r>
      <w:r w:rsidR="00244BB8" w:rsidRPr="00F245AD">
        <w:rPr>
          <w:rFonts w:ascii="Roboto" w:hAnsi="Roboto"/>
        </w:rPr>
        <w:t>]</w:t>
      </w:r>
      <w:r w:rsidR="00C6636A">
        <w:rPr>
          <w:rFonts w:ascii="Roboto" w:hAnsi="Roboto"/>
        </w:rPr>
        <w:t xml:space="preserve">. </w:t>
      </w:r>
    </w:p>
    <w:p w14:paraId="5FEA5E5E" w14:textId="77777777" w:rsidR="00F245AD" w:rsidRDefault="00655323" w:rsidP="00F245AD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F245AD">
        <w:rPr>
          <w:rFonts w:ascii="Roboto" w:hAnsi="Roboto"/>
        </w:rPr>
        <w:t>Arrival at Airports: Arrive at least 3 hours prior to international flights and 2 hours before domestic flights.</w:t>
      </w:r>
    </w:p>
    <w:p w14:paraId="1849A9CE" w14:textId="47BF7C11" w:rsidR="00F245AD" w:rsidRDefault="00655323" w:rsidP="00F245AD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F245AD">
        <w:rPr>
          <w:rFonts w:ascii="Roboto" w:hAnsi="Roboto"/>
        </w:rPr>
        <w:t>Baggage Allowance: [</w:t>
      </w:r>
      <w:r w:rsidRPr="00244BB8">
        <w:rPr>
          <w:rFonts w:ascii="Roboto" w:hAnsi="Roboto"/>
          <w:highlight w:val="yellow"/>
        </w:rPr>
        <w:t>Example: 2 checked bags (23kg each), 1 carry-on (7kg)] — confirm with airline</w:t>
      </w:r>
      <w:r w:rsidRPr="00F245AD">
        <w:rPr>
          <w:rFonts w:ascii="Roboto" w:hAnsi="Roboto"/>
        </w:rPr>
        <w:t>.</w:t>
      </w:r>
    </w:p>
    <w:p w14:paraId="35E91A40" w14:textId="6B648FB7" w:rsidR="0084453B" w:rsidRPr="0084453B" w:rsidRDefault="0084453B" w:rsidP="0084453B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84453B">
        <w:rPr>
          <w:rFonts w:ascii="Roboto" w:hAnsi="Roboto"/>
        </w:rPr>
        <w:t xml:space="preserve">Ground transportation for both outbound departure and return arrival will be coordinated by </w:t>
      </w:r>
      <w:r w:rsidR="005A38ED" w:rsidRPr="00F245AD">
        <w:rPr>
          <w:rFonts w:ascii="Roboto" w:hAnsi="Roboto"/>
        </w:rPr>
        <w:t>[</w:t>
      </w:r>
      <w:r w:rsidR="005A38ED" w:rsidRPr="0084453B">
        <w:rPr>
          <w:rFonts w:ascii="Roboto" w:hAnsi="Roboto"/>
          <w:highlight w:val="yellow"/>
        </w:rPr>
        <w:t xml:space="preserve">Contractor </w:t>
      </w:r>
      <w:r w:rsidR="005A38ED">
        <w:rPr>
          <w:rFonts w:ascii="Roboto" w:hAnsi="Roboto"/>
          <w:highlight w:val="yellow"/>
        </w:rPr>
        <w:t>POC</w:t>
      </w:r>
      <w:r w:rsidR="005A38ED" w:rsidRPr="0084453B">
        <w:rPr>
          <w:rFonts w:ascii="Roboto" w:hAnsi="Roboto"/>
          <w:highlight w:val="yellow"/>
        </w:rPr>
        <w:t xml:space="preserve"> Name</w:t>
      </w:r>
      <w:r w:rsidR="005A38ED" w:rsidRPr="00F245AD">
        <w:rPr>
          <w:rFonts w:ascii="Roboto" w:hAnsi="Roboto"/>
        </w:rPr>
        <w:t>]</w:t>
      </w:r>
      <w:r w:rsidR="005A38ED">
        <w:rPr>
          <w:rFonts w:ascii="Roboto" w:hAnsi="Roboto"/>
        </w:rPr>
        <w:t xml:space="preserve"> </w:t>
      </w:r>
      <w:r w:rsidR="005A38ED" w:rsidRPr="00F245AD">
        <w:rPr>
          <w:rFonts w:ascii="Roboto" w:hAnsi="Roboto"/>
        </w:rPr>
        <w:t>[</w:t>
      </w:r>
      <w:r w:rsidR="005A38ED" w:rsidRPr="0084453B">
        <w:rPr>
          <w:rFonts w:ascii="Roboto" w:hAnsi="Roboto"/>
          <w:highlight w:val="yellow"/>
        </w:rPr>
        <w:t>Phone</w:t>
      </w:r>
      <w:r w:rsidR="005A38ED" w:rsidRPr="00F245AD">
        <w:rPr>
          <w:rFonts w:ascii="Roboto" w:hAnsi="Roboto"/>
        </w:rPr>
        <w:t>]</w:t>
      </w:r>
      <w:r w:rsidRPr="0084453B">
        <w:rPr>
          <w:rFonts w:ascii="Roboto" w:hAnsi="Roboto"/>
        </w:rPr>
        <w:t>, including airport pick-up and drop-off.</w:t>
      </w:r>
    </w:p>
    <w:p w14:paraId="14881E1C" w14:textId="497B8C4B" w:rsidR="00244BB8" w:rsidRDefault="0084453B" w:rsidP="00C6636A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84453B">
        <w:rPr>
          <w:rFonts w:ascii="Roboto" w:hAnsi="Roboto"/>
        </w:rPr>
        <w:t xml:space="preserve">U.S. domestic travel will be conducted as a group with the </w:t>
      </w:r>
      <w:r w:rsidR="00244BB8">
        <w:rPr>
          <w:rFonts w:ascii="Roboto" w:hAnsi="Roboto"/>
        </w:rPr>
        <w:t>entire</w:t>
      </w:r>
      <w:r w:rsidRPr="0084453B">
        <w:rPr>
          <w:rFonts w:ascii="Roboto" w:hAnsi="Roboto"/>
        </w:rPr>
        <w:t xml:space="preserve"> delegation and will be managed by </w:t>
      </w:r>
      <w:r w:rsidR="005A38ED" w:rsidRPr="00F245AD">
        <w:rPr>
          <w:rFonts w:ascii="Roboto" w:hAnsi="Roboto"/>
        </w:rPr>
        <w:t>[</w:t>
      </w:r>
      <w:r w:rsidR="005A38ED" w:rsidRPr="0084453B">
        <w:rPr>
          <w:rFonts w:ascii="Roboto" w:hAnsi="Roboto"/>
          <w:highlight w:val="yellow"/>
        </w:rPr>
        <w:t xml:space="preserve">Contractor </w:t>
      </w:r>
      <w:r w:rsidR="005A38ED">
        <w:rPr>
          <w:rFonts w:ascii="Roboto" w:hAnsi="Roboto"/>
          <w:highlight w:val="yellow"/>
        </w:rPr>
        <w:t xml:space="preserve">Company </w:t>
      </w:r>
      <w:r w:rsidR="005A38ED" w:rsidRPr="0084453B">
        <w:rPr>
          <w:rFonts w:ascii="Roboto" w:hAnsi="Roboto"/>
          <w:highlight w:val="yellow"/>
        </w:rPr>
        <w:t>Name</w:t>
      </w:r>
      <w:r w:rsidR="005A38ED" w:rsidRPr="00F245AD">
        <w:rPr>
          <w:rFonts w:ascii="Roboto" w:hAnsi="Roboto"/>
        </w:rPr>
        <w:t>]</w:t>
      </w:r>
      <w:r w:rsidRPr="0084453B">
        <w:rPr>
          <w:rFonts w:ascii="Roboto" w:hAnsi="Roboto"/>
        </w:rPr>
        <w:t>.</w:t>
      </w:r>
    </w:p>
    <w:p w14:paraId="32C16F68" w14:textId="1112AD1E" w:rsidR="002D2DAE" w:rsidRPr="00D82637" w:rsidRDefault="002D2DAE" w:rsidP="00C6636A">
      <w:pPr>
        <w:pStyle w:val="ListParagraph"/>
        <w:numPr>
          <w:ilvl w:val="0"/>
          <w:numId w:val="10"/>
        </w:numPr>
        <w:rPr>
          <w:rFonts w:ascii="Roboto" w:hAnsi="Roboto"/>
        </w:rPr>
      </w:pPr>
      <w:r w:rsidRPr="00D82637">
        <w:rPr>
          <w:rFonts w:ascii="Roboto" w:hAnsi="Roboto"/>
          <w:highlight w:val="yellow"/>
        </w:rPr>
        <w:t>Add any other relevant information</w:t>
      </w:r>
    </w:p>
    <w:sectPr w:rsidR="002D2DAE" w:rsidRPr="00D82637" w:rsidSect="00F245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055F" w14:textId="77777777" w:rsidR="00674219" w:rsidRDefault="00674219" w:rsidP="0084453B">
      <w:pPr>
        <w:spacing w:after="0" w:line="240" w:lineRule="auto"/>
      </w:pPr>
      <w:r>
        <w:separator/>
      </w:r>
    </w:p>
  </w:endnote>
  <w:endnote w:type="continuationSeparator" w:id="0">
    <w:p w14:paraId="01CA1529" w14:textId="77777777" w:rsidR="00674219" w:rsidRDefault="00674219" w:rsidP="0084453B">
      <w:pPr>
        <w:spacing w:after="0" w:line="240" w:lineRule="auto"/>
      </w:pPr>
      <w:r>
        <w:continuationSeparator/>
      </w:r>
    </w:p>
  </w:endnote>
  <w:endnote w:type="continuationNotice" w:id="1">
    <w:p w14:paraId="00AAC924" w14:textId="77777777" w:rsidR="00674219" w:rsidRDefault="006742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9757" w14:textId="77777777" w:rsidR="00D82637" w:rsidRDefault="00D82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5C5D" w14:textId="10F39850" w:rsidR="00C6636A" w:rsidRPr="00D82637" w:rsidRDefault="00D82637" w:rsidP="00D82637">
    <w:pPr>
      <w:pStyle w:val="Footer"/>
      <w:jc w:val="center"/>
      <w:rPr>
        <w:rFonts w:ascii="Roboto" w:hAnsi="Roboto"/>
      </w:rPr>
    </w:pPr>
    <w:r w:rsidRPr="00D82637">
      <w:rPr>
        <w:rFonts w:ascii="Roboto" w:hAnsi="Roboto"/>
      </w:rPr>
      <w:t>INSERT APPROVED FOOTER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FBD4" w14:textId="77777777" w:rsidR="00D82637" w:rsidRDefault="00D82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E411" w14:textId="77777777" w:rsidR="00674219" w:rsidRDefault="00674219" w:rsidP="0084453B">
      <w:pPr>
        <w:spacing w:after="0" w:line="240" w:lineRule="auto"/>
      </w:pPr>
      <w:r>
        <w:separator/>
      </w:r>
    </w:p>
  </w:footnote>
  <w:footnote w:type="continuationSeparator" w:id="0">
    <w:p w14:paraId="358C6480" w14:textId="77777777" w:rsidR="00674219" w:rsidRDefault="00674219" w:rsidP="0084453B">
      <w:pPr>
        <w:spacing w:after="0" w:line="240" w:lineRule="auto"/>
      </w:pPr>
      <w:r>
        <w:continuationSeparator/>
      </w:r>
    </w:p>
  </w:footnote>
  <w:footnote w:type="continuationNotice" w:id="1">
    <w:p w14:paraId="0517DA7A" w14:textId="77777777" w:rsidR="00674219" w:rsidRDefault="006742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1F49" w14:textId="77777777" w:rsidR="00D82637" w:rsidRDefault="00D82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228F" w14:textId="1CE7DA5F" w:rsidR="0084453B" w:rsidRPr="00244BB8" w:rsidRDefault="00244BB8" w:rsidP="0084453B">
    <w:pPr>
      <w:pStyle w:val="Header"/>
      <w:jc w:val="center"/>
      <w:rPr>
        <w:rFonts w:ascii="Roboto" w:hAnsi="Roboto"/>
        <w:sz w:val="24"/>
        <w:szCs w:val="24"/>
      </w:rPr>
    </w:pPr>
    <w:r w:rsidRPr="00244BB8">
      <w:rPr>
        <w:rFonts w:ascii="Roboto" w:hAnsi="Roboto"/>
        <w:sz w:val="24"/>
        <w:szCs w:val="24"/>
      </w:rPr>
      <w:t>INSERT APPROVED BANNER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74F6" w14:textId="77777777" w:rsidR="00D82637" w:rsidRDefault="00D8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A9F2A2D"/>
    <w:multiLevelType w:val="hybridMultilevel"/>
    <w:tmpl w:val="93BA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285495">
    <w:abstractNumId w:val="8"/>
  </w:num>
  <w:num w:numId="2" w16cid:durableId="1228567657">
    <w:abstractNumId w:val="6"/>
  </w:num>
  <w:num w:numId="3" w16cid:durableId="69816424">
    <w:abstractNumId w:val="5"/>
  </w:num>
  <w:num w:numId="4" w16cid:durableId="1458446782">
    <w:abstractNumId w:val="4"/>
  </w:num>
  <w:num w:numId="5" w16cid:durableId="1566336266">
    <w:abstractNumId w:val="7"/>
  </w:num>
  <w:num w:numId="6" w16cid:durableId="1253048447">
    <w:abstractNumId w:val="3"/>
  </w:num>
  <w:num w:numId="7" w16cid:durableId="1297108351">
    <w:abstractNumId w:val="2"/>
  </w:num>
  <w:num w:numId="8" w16cid:durableId="117799452">
    <w:abstractNumId w:val="1"/>
  </w:num>
  <w:num w:numId="9" w16cid:durableId="264726608">
    <w:abstractNumId w:val="0"/>
  </w:num>
  <w:num w:numId="10" w16cid:durableId="1742170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2F2"/>
    <w:rsid w:val="00114B0D"/>
    <w:rsid w:val="0015074B"/>
    <w:rsid w:val="00244BB8"/>
    <w:rsid w:val="0029639D"/>
    <w:rsid w:val="002D2DAE"/>
    <w:rsid w:val="00326F90"/>
    <w:rsid w:val="00375417"/>
    <w:rsid w:val="00436947"/>
    <w:rsid w:val="0044079C"/>
    <w:rsid w:val="005A38ED"/>
    <w:rsid w:val="00655323"/>
    <w:rsid w:val="00674219"/>
    <w:rsid w:val="007A271A"/>
    <w:rsid w:val="008244B3"/>
    <w:rsid w:val="0084453B"/>
    <w:rsid w:val="008F1561"/>
    <w:rsid w:val="00AA1D8D"/>
    <w:rsid w:val="00B47730"/>
    <w:rsid w:val="00B826D0"/>
    <w:rsid w:val="00C6636A"/>
    <w:rsid w:val="00C76E12"/>
    <w:rsid w:val="00C95FC7"/>
    <w:rsid w:val="00CB0664"/>
    <w:rsid w:val="00D741B3"/>
    <w:rsid w:val="00D82637"/>
    <w:rsid w:val="00DD239E"/>
    <w:rsid w:val="00F245AD"/>
    <w:rsid w:val="00FC693F"/>
    <w:rsid w:val="1347D4F1"/>
    <w:rsid w:val="44D32917"/>
    <w:rsid w:val="4841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F3B2CC"/>
  <w14:defaultImageDpi w14:val="300"/>
  <w15:docId w15:val="{C81D2580-08DE-4E1F-ABBA-4967F6B7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B826D0"/>
    <w:pPr>
      <w:keepNext/>
      <w:keepLines/>
      <w:spacing w:after="0"/>
      <w:jc w:val="center"/>
      <w:outlineLvl w:val="0"/>
    </w:pPr>
    <w:rPr>
      <w:rFonts w:ascii="Roboto" w:eastAsiaTheme="majorEastAsia" w:hAnsi="Roboto" w:cstheme="majorBidi"/>
      <w:b/>
      <w:bCs/>
      <w:color w:val="A6192E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53B"/>
    <w:pPr>
      <w:keepNext/>
      <w:keepLines/>
      <w:spacing w:before="200" w:after="0"/>
      <w:outlineLvl w:val="1"/>
    </w:pPr>
    <w:rPr>
      <w:rFonts w:ascii="Roboto" w:eastAsiaTheme="majorEastAsia" w:hAnsi="Roboto" w:cstheme="majorBidi"/>
      <w:b/>
      <w:bCs/>
      <w:color w:val="002F6C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826D0"/>
    <w:rPr>
      <w:rFonts w:ascii="Roboto" w:eastAsiaTheme="majorEastAsia" w:hAnsi="Roboto" w:cstheme="majorBidi"/>
      <w:b/>
      <w:bCs/>
      <w:color w:val="A6192E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4453B"/>
    <w:rPr>
      <w:rFonts w:ascii="Roboto" w:eastAsiaTheme="majorEastAsia" w:hAnsi="Roboto" w:cstheme="majorBidi"/>
      <w:b/>
      <w:bCs/>
      <w:color w:val="002F6C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663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3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36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3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F91606C93DB4BA6E353EDB9C0F460" ma:contentTypeVersion="16" ma:contentTypeDescription="Create a new document." ma:contentTypeScope="" ma:versionID="7fe5ede130dc4af8ecfdc974cb8c10ba">
  <xsd:schema xmlns:xsd="http://www.w3.org/2001/XMLSchema" xmlns:xs="http://www.w3.org/2001/XMLSchema" xmlns:p="http://schemas.microsoft.com/office/2006/metadata/properties" xmlns:ns2="1e1332d9-01c2-4f59-b69a-8c388ce0f236" xmlns:ns3="474b741d-5980-4b9c-b817-ed74f01e8365" targetNamespace="http://schemas.microsoft.com/office/2006/metadata/properties" ma:root="true" ma:fieldsID="865932baac18b2cdcc67b7bfd1974ab7" ns2:_="" ns3:_="">
    <xsd:import namespace="1e1332d9-01c2-4f59-b69a-8c388ce0f236"/>
    <xsd:import namespace="474b741d-5980-4b9c-b817-ed74f01e8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32d9-01c2-4f59-b69a-8c388ce0f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35e1d0-298e-48eb-9369-68b567daa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741d-5980-4b9c-b817-ed74f01e8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a13b35-aa77-4269-aaff-62f99ff91ddf}" ma:internalName="TaxCatchAll" ma:showField="CatchAllData" ma:web="474b741d-5980-4b9c-b817-ed74f01e8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332d9-01c2-4f59-b69a-8c388ce0f236">
      <Terms xmlns="http://schemas.microsoft.com/office/infopath/2007/PartnerControls"/>
    </lcf76f155ced4ddcb4097134ff3c332f>
    <TaxCatchAll xmlns="474b741d-5980-4b9c-b817-ed74f01e836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300BCA-6EFB-4112-8A70-53036EA49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332d9-01c2-4f59-b69a-8c388ce0f236"/>
    <ds:schemaRef ds:uri="474b741d-5980-4b9c-b817-ed74f01e8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4DBDFE-7F39-4F04-8F44-81A487430B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DB8FD-A2D3-40E0-A08A-E488F238D6E3}">
  <ds:schemaRefs>
    <ds:schemaRef ds:uri="http://schemas.microsoft.com/office/2006/metadata/properties"/>
    <ds:schemaRef ds:uri="http://schemas.microsoft.com/office/infopath/2007/PartnerControls"/>
    <ds:schemaRef ds:uri="1e1332d9-01c2-4f59-b69a-8c388ce0f236"/>
    <ds:schemaRef ds:uri="474b741d-5980-4b9c-b817-ed74f01e83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1591</Characters>
  <Application>Microsoft Office Word</Application>
  <DocSecurity>0</DocSecurity>
  <Lines>118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Rosa, Elizabeth</cp:lastModifiedBy>
  <cp:revision>3</cp:revision>
  <cp:lastPrinted>2025-05-16T15:12:00Z</cp:lastPrinted>
  <dcterms:created xsi:type="dcterms:W3CDTF">2025-12-11T15:42:00Z</dcterms:created>
  <dcterms:modified xsi:type="dcterms:W3CDTF">2026-01-06T21:57:00Z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697946f3-1ec5-4d33-be3a-d8b1fd352b38</vt:lpwstr>
  </property>
  <property fmtid="{D5CDD505-2E9C-101B-9397-08002B2CF9AE}" pid="3" name="ContentTypeId">
    <vt:lpwstr>0x010100EF6F91606C93DB4BA6E353EDB9C0F460</vt:lpwstr>
  </property>
  <property fmtid="{D5CDD505-2E9C-101B-9397-08002B2CF9AE}" pid="4" name="MediaServiceImageTags">
    <vt:lpwstr/>
  </property>
</Properties>
</file>